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E1927" w:rsidR="00693A48" w:rsidRDefault="00000000" w14:paraId="697E862C" w14:textId="024E5055">
      <w:pPr>
        <w:pStyle w:val="Ttulo"/>
        <w:rPr>
          <w:lang w:val="es-CO"/>
        </w:rPr>
      </w:pPr>
    </w:p>
    <w:p w:rsidR="00CE1927" w:rsidP="00CE1927" w:rsidRDefault="00CE1927" w14:paraId="0B0BBED6" w14:textId="1C47FBE3">
      <w:pPr>
        <w:pStyle w:val="Ttulo1"/>
        <w:rPr>
          <w:lang w:val="es-CO"/>
        </w:rPr>
      </w:pPr>
      <w:r w:rsidRPr="00CE1927">
        <w:rPr>
          <w:lang w:val="es-CO"/>
        </w:rPr>
        <w:t>D</w:t>
      </w:r>
      <w:r>
        <w:rPr>
          <w:lang w:val="es-CO"/>
        </w:rPr>
        <w:t>atos Institucionales</w:t>
      </w:r>
      <w:r w:rsidR="004B5A8E">
        <w:rPr>
          <w:lang w:val="es-CO"/>
        </w:rPr>
        <w:t xml:space="preserve"> (Portada)</w:t>
      </w:r>
    </w:p>
    <w:p w:rsidR="00CE1927" w:rsidP="7A6E3E55" w:rsidRDefault="00CE1927" w14:paraId="1034BACB" w14:textId="54CB0879">
      <w:pPr>
        <w:rPr>
          <w:lang w:val="en-US"/>
        </w:rPr>
      </w:pPr>
      <w:r w:rsidRPr="7A6E3E55" w:rsidR="00CE1927">
        <w:rPr>
          <w:lang w:val="en-US"/>
        </w:rPr>
        <w:t xml:space="preserve">Nombre de </w:t>
      </w:r>
      <w:r w:rsidRPr="7A6E3E55" w:rsidR="00CE1927">
        <w:rPr>
          <w:lang w:val="en-US"/>
        </w:rPr>
        <w:t>l</w:t>
      </w:r>
      <w:r w:rsidRPr="7A6E3E55" w:rsidR="75FED92F">
        <w:rPr>
          <w:lang w:val="en-US"/>
        </w:rPr>
        <w:t>os</w:t>
      </w:r>
      <w:r w:rsidRPr="7A6E3E55" w:rsidR="75FED92F">
        <w:rPr>
          <w:lang w:val="en-US"/>
        </w:rPr>
        <w:t xml:space="preserve"> integrates</w:t>
      </w:r>
      <w:r w:rsidRPr="7A6E3E55" w:rsidR="66A77C54">
        <w:rPr>
          <w:lang w:val="en-US"/>
        </w:rPr>
        <w:t xml:space="preserve">: </w:t>
      </w:r>
      <w:r w:rsidRPr="7A6E3E55" w:rsidR="6C10E445">
        <w:rPr>
          <w:lang w:val="en-US"/>
        </w:rPr>
        <w:t xml:space="preserve"> </w:t>
      </w:r>
    </w:p>
    <w:p w:rsidR="00997C66" w:rsidP="7A6E3E55" w:rsidRDefault="00997C66" w14:paraId="58F9C0DA" w14:textId="4E6E5E15">
      <w:pPr>
        <w:rPr>
          <w:lang w:val="es-CO"/>
        </w:rPr>
      </w:pPr>
      <w:r w:rsidRPr="7A6E3E55" w:rsidR="00997C66">
        <w:rPr>
          <w:lang w:val="es-CO"/>
        </w:rPr>
        <w:t>Nombre de la escuadra</w:t>
      </w:r>
      <w:r w:rsidRPr="7A6E3E55" w:rsidR="792CD3D5">
        <w:rPr>
          <w:lang w:val="es-CO"/>
        </w:rPr>
        <w:t xml:space="preserve"> </w:t>
      </w:r>
    </w:p>
    <w:p w:rsidR="00997C66" w:rsidP="00CE1927" w:rsidRDefault="00997C66" w14:paraId="07A430CD" w14:textId="46452A06">
      <w:pPr>
        <w:rPr>
          <w:lang w:val="es-CO"/>
        </w:rPr>
      </w:pPr>
      <w:r w:rsidRPr="7A6E3E55" w:rsidR="00997C66">
        <w:rPr>
          <w:lang w:val="es-CO"/>
        </w:rPr>
        <w:t>Nombre del Proyecto:</w:t>
      </w:r>
      <w:r w:rsidRPr="7A6E3E55" w:rsidR="1280C8E4">
        <w:rPr>
          <w:lang w:val="es-CO"/>
        </w:rPr>
        <w:t xml:space="preserve"> </w:t>
      </w:r>
    </w:p>
    <w:p w:rsidR="00997C66" w:rsidP="00CE1927" w:rsidRDefault="00997C66" w14:paraId="3864AE38" w14:textId="6C1E91BC">
      <w:pPr>
        <w:rPr>
          <w:lang w:val="es-CO"/>
        </w:rPr>
      </w:pPr>
      <w:r w:rsidRPr="7A6E3E55" w:rsidR="00997C66">
        <w:rPr>
          <w:lang w:val="es-CO"/>
        </w:rPr>
        <w:t>Institución:</w:t>
      </w:r>
      <w:r w:rsidRPr="7A6E3E55" w:rsidR="663E6093">
        <w:rPr>
          <w:lang w:val="es-CO"/>
        </w:rPr>
        <w:t xml:space="preserve"> </w:t>
      </w:r>
    </w:p>
    <w:p w:rsidR="00CE1927" w:rsidP="7A6E3E55" w:rsidRDefault="00CE1927" w14:paraId="087FC0CE" w14:textId="59CEDDC7">
      <w:pPr>
        <w:rPr>
          <w:lang w:val="es-CO"/>
        </w:rPr>
      </w:pPr>
      <w:r w:rsidRPr="7A6E3E55" w:rsidR="00997C66">
        <w:rPr>
          <w:lang w:val="es-CO"/>
        </w:rPr>
        <w:t>Fecha:</w:t>
      </w:r>
      <w:r w:rsidRPr="7A6E3E55" w:rsidR="6389C74D">
        <w:rPr>
          <w:lang w:val="es-CO"/>
        </w:rPr>
        <w:t xml:space="preserve"> </w:t>
      </w:r>
    </w:p>
    <w:p w:rsidRPr="00CE1927" w:rsidR="00693A48" w:rsidRDefault="00000000" w14:paraId="35EE231F" w14:textId="2DC20D2A">
      <w:pPr>
        <w:pStyle w:val="Ttulo1"/>
        <w:rPr>
          <w:lang w:val="es-CO"/>
        </w:rPr>
      </w:pPr>
      <w:r w:rsidRPr="00CE1927">
        <w:rPr>
          <w:lang w:val="es-CO"/>
        </w:rPr>
        <w:t>1. Descripción del negocio</w:t>
      </w:r>
    </w:p>
    <w:p w:rsidR="00066519" w:rsidRDefault="00066519" w14:paraId="0117DD79" w14:textId="77777777">
      <w:pPr>
        <w:rPr>
          <w:lang w:val="es-CO"/>
        </w:rPr>
      </w:pPr>
    </w:p>
    <w:p w:rsidR="00066519" w:rsidP="7A6E3E55" w:rsidRDefault="00066519" w14:paraId="69F8757E" w14:textId="10116760">
      <w:pPr>
        <w:rPr>
          <w:lang w:val="es-CO"/>
        </w:rPr>
      </w:pPr>
      <w:r w:rsidRPr="7A6E3E55" w:rsidR="00000000">
        <w:rPr>
          <w:lang w:val="es-CO"/>
        </w:rPr>
        <w:t>Nombre del negocio:</w:t>
      </w:r>
      <w:r w:rsidRPr="7A6E3E55" w:rsidR="678A0A76">
        <w:rPr>
          <w:lang w:val="es-CO"/>
        </w:rPr>
        <w:t xml:space="preserve"> </w:t>
      </w:r>
    </w:p>
    <w:p w:rsidR="00066519" w:rsidP="7A6E3E55" w:rsidRDefault="00066519" w14:paraId="420D0DD6" w14:textId="7B4185A0">
      <w:pPr>
        <w:rPr>
          <w:lang w:val="es-CO"/>
        </w:rPr>
      </w:pPr>
      <w:r w:rsidRPr="7A6E3E55" w:rsidR="00000000">
        <w:rPr>
          <w:lang w:val="es-CO"/>
        </w:rPr>
        <w:t>Tipo de actividad (producto o servicio):</w:t>
      </w:r>
      <w:r w:rsidRPr="7A6E3E55" w:rsidR="568BDA37">
        <w:rPr>
          <w:lang w:val="es-CO"/>
        </w:rPr>
        <w:t xml:space="preserve"> </w:t>
      </w:r>
      <w:r>
        <w:br/>
      </w:r>
      <w:r>
        <w:br/>
      </w:r>
      <w:r w:rsidRPr="7A6E3E55" w:rsidR="00856DEB">
        <w:rPr>
          <w:lang w:val="es-CO"/>
        </w:rPr>
        <w:t>Problema que resuelve</w:t>
      </w:r>
      <w:r w:rsidRPr="7A6E3E55" w:rsidR="00066519">
        <w:rPr>
          <w:lang w:val="es-CO"/>
        </w:rPr>
        <w:t>:</w:t>
      </w:r>
      <w:r w:rsidRPr="7A6E3E55" w:rsidR="06861A4E">
        <w:rPr>
          <w:lang w:val="es-CO"/>
        </w:rPr>
        <w:t xml:space="preserve"> </w:t>
      </w:r>
    </w:p>
    <w:p w:rsidR="00066519" w:rsidRDefault="00066519" w14:paraId="2196C6F3" w14:textId="321C0130">
      <w:pPr>
        <w:rPr>
          <w:lang w:val="es-CO"/>
        </w:rPr>
      </w:pPr>
      <w:r w:rsidRPr="7A6E3E55" w:rsidR="00000000">
        <w:rPr>
          <w:lang w:val="es-CO"/>
        </w:rPr>
        <w:t>Necesidad que resuelve</w:t>
      </w:r>
      <w:r w:rsidRPr="7A6E3E55" w:rsidR="00066519">
        <w:rPr>
          <w:lang w:val="es-CO"/>
        </w:rPr>
        <w:t>:</w:t>
      </w:r>
      <w:r w:rsidRPr="7A6E3E55" w:rsidR="15FA957F">
        <w:rPr>
          <w:lang w:val="es-CO"/>
        </w:rPr>
        <w:t xml:space="preserve"> </w:t>
      </w:r>
    </w:p>
    <w:p w:rsidRPr="0053087B" w:rsidR="00693A48" w:rsidP="7A6E3E55" w:rsidRDefault="00000000" w14:paraId="265C61F3" w14:textId="23783965">
      <w:pPr>
        <w:rPr>
          <w:lang w:val="es-ES"/>
        </w:rPr>
      </w:pPr>
      <w:r w:rsidRPr="7A6E3E55" w:rsidR="00F82604">
        <w:rPr>
          <w:lang w:val="es-ES"/>
        </w:rPr>
        <w:t>Descripción</w:t>
      </w:r>
      <w:r w:rsidRPr="7A6E3E55" w:rsidR="00F82604">
        <w:rPr>
          <w:lang w:val="es-ES"/>
        </w:rPr>
        <w:t xml:space="preserve"> de la idea </w:t>
      </w:r>
      <w:r w:rsidRPr="7A6E3E55" w:rsidR="099FE1D9">
        <w:rPr>
          <w:lang w:val="es-ES"/>
        </w:rPr>
        <w:t>d</w:t>
      </w:r>
      <w:r w:rsidRPr="7A6E3E55" w:rsidR="00F82604">
        <w:rPr>
          <w:lang w:val="es-ES"/>
        </w:rPr>
        <w:t xml:space="preserve">e </w:t>
      </w:r>
      <w:r w:rsidRPr="7A6E3E55" w:rsidR="00F82604">
        <w:rPr>
          <w:lang w:val="es-ES"/>
        </w:rPr>
        <w:t>negocio</w:t>
      </w:r>
      <w:r w:rsidRPr="7A6E3E55" w:rsidR="232E6A66">
        <w:rPr>
          <w:lang w:val="es-ES"/>
        </w:rPr>
        <w:t>:</w:t>
      </w:r>
      <w:r w:rsidRPr="7A6E3E55" w:rsidR="00F82604">
        <w:rPr>
          <w:lang w:val="es-ES"/>
        </w:rPr>
        <w:t xml:space="preserve"> (</w:t>
      </w:r>
      <w:r w:rsidRPr="7A6E3E55" w:rsidR="00F82604">
        <w:rPr>
          <w:lang w:val="es-ES"/>
        </w:rPr>
        <w:t>Explica</w:t>
      </w:r>
      <w:r w:rsidRPr="7A6E3E55" w:rsidR="00F82604">
        <w:rPr>
          <w:lang w:val="es-ES"/>
        </w:rPr>
        <w:t xml:space="preserve"> </w:t>
      </w:r>
      <w:r w:rsidRPr="7A6E3E55" w:rsidR="00F82604">
        <w:rPr>
          <w:lang w:val="es-ES"/>
        </w:rPr>
        <w:t>brevemente</w:t>
      </w:r>
      <w:r w:rsidRPr="7A6E3E55" w:rsidR="00F82604">
        <w:rPr>
          <w:lang w:val="es-ES"/>
        </w:rPr>
        <w:t xml:space="preserve"> </w:t>
      </w:r>
      <w:r w:rsidRPr="7A6E3E55" w:rsidR="00F82604">
        <w:rPr>
          <w:lang w:val="es-ES"/>
        </w:rPr>
        <w:t>en</w:t>
      </w:r>
      <w:r w:rsidRPr="7A6E3E55" w:rsidR="00F82604">
        <w:rPr>
          <w:lang w:val="es-ES"/>
        </w:rPr>
        <w:t xml:space="preserve"> que </w:t>
      </w:r>
      <w:r w:rsidRPr="7A6E3E55" w:rsidR="00F82604">
        <w:rPr>
          <w:lang w:val="es-ES"/>
        </w:rPr>
        <w:t>consiste</w:t>
      </w:r>
      <w:r w:rsidRPr="7A6E3E55" w:rsidR="00F82604">
        <w:rPr>
          <w:lang w:val="es-ES"/>
        </w:rPr>
        <w:t xml:space="preserve"> </w:t>
      </w:r>
      <w:r w:rsidRPr="7A6E3E55" w:rsidR="00F82604">
        <w:rPr>
          <w:lang w:val="es-ES"/>
        </w:rPr>
        <w:t>tu</w:t>
      </w:r>
      <w:r w:rsidRPr="7A6E3E55" w:rsidR="00F82604">
        <w:rPr>
          <w:lang w:val="es-ES"/>
        </w:rPr>
        <w:t xml:space="preserve"> idea)</w:t>
      </w:r>
      <w:r w:rsidRPr="7A6E3E55" w:rsidR="00F82604">
        <w:rPr>
          <w:lang w:val="es-ES"/>
        </w:rPr>
        <w:t>:</w:t>
      </w:r>
      <w:r w:rsidRPr="7A6E3E55" w:rsidR="269199A7">
        <w:rPr>
          <w:lang w:val="es-ES"/>
        </w:rPr>
        <w:t xml:space="preserve"> </w:t>
      </w:r>
      <w:r>
        <w:br/>
      </w:r>
    </w:p>
    <w:p w:rsidRPr="0053087B" w:rsidR="00693A48" w:rsidP="7A6E3E55" w:rsidRDefault="00000000" w14:paraId="1FEBA450" w14:textId="1AA0F132">
      <w:pPr>
        <w:rPr>
          <w:b w:val="0"/>
          <w:bCs w:val="0"/>
          <w:sz w:val="24"/>
          <w:szCs w:val="24"/>
          <w:lang w:val="es-CO"/>
        </w:rPr>
      </w:pPr>
      <w:r w:rsidRPr="7A6E3E55" w:rsidR="00000000">
        <w:rPr>
          <w:lang w:val="es-CO"/>
        </w:rPr>
        <w:t>Propuesta de valor (¿qué lo hace diferente?):</w:t>
      </w:r>
      <w:r w:rsidRPr="7A6E3E55" w:rsidR="32EA2958">
        <w:rPr>
          <w:lang w:val="es-CO"/>
        </w:rPr>
        <w:t xml:space="preserve"> </w:t>
      </w:r>
    </w:p>
    <w:p w:rsidRPr="0053087B" w:rsidR="00693A48" w:rsidP="7A6E3E55" w:rsidRDefault="00000000" w14:paraId="4CD183BB" w14:textId="2B50BD79">
      <w:pPr>
        <w:rPr>
          <w:b w:val="0"/>
          <w:bCs w:val="0"/>
          <w:sz w:val="24"/>
          <w:szCs w:val="24"/>
          <w:lang w:val="es-CO"/>
        </w:rPr>
      </w:pPr>
      <w:r w:rsidRPr="7A6E3E55" w:rsidR="00000000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>2</w:t>
      </w:r>
      <w:r w:rsidRPr="7A6E3E55" w:rsidR="00000000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>.</w:t>
      </w:r>
      <w:r w:rsidRPr="7A6E3E55" w:rsidR="00000000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 xml:space="preserve"> Misión, Visión y Objetivos</w:t>
      </w:r>
      <w:r w:rsidRPr="7A6E3E55" w:rsidR="0053087B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 xml:space="preserve"> SMART </w:t>
      </w:r>
      <w:r w:rsidRPr="7A6E3E55" w:rsidR="0053087B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>(</w:t>
      </w:r>
      <w:r w:rsidRPr="7A6E3E55" w:rsidR="0053087B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>específicos, medibles, alcanzables, relevantes y con tiempo definido</w:t>
      </w:r>
      <w:r w:rsidRPr="7A6E3E55" w:rsidR="0053087B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color w:val="365F91" w:themeColor="accent1" w:themeTint="FF" w:themeShade="BF"/>
          <w:sz w:val="28"/>
          <w:szCs w:val="28"/>
          <w:lang w:val="es-CO" w:eastAsia="en-US" w:bidi="ar-SA"/>
        </w:rPr>
        <w:t>)</w:t>
      </w:r>
    </w:p>
    <w:p w:rsidR="7A6E3E55" w:rsidP="7A6E3E55" w:rsidRDefault="7A6E3E55" w14:paraId="61512316" w14:textId="2F0EA91E">
      <w:pPr>
        <w:pStyle w:val="Normal"/>
        <w:rPr>
          <w:lang w:val="es-CO"/>
        </w:rPr>
      </w:pPr>
    </w:p>
    <w:p w:rsidRPr="00CE1927" w:rsidR="00693A48" w:rsidP="7A6E3E55" w:rsidRDefault="00000000" w14:paraId="73655A9E" w14:textId="13747053">
      <w:pPr>
        <w:shd w:val="clear" w:color="auto" w:fill="FFFFFF" w:themeFill="background1"/>
        <w:spacing w:before="0" w:beforeAutospacing="off" w:after="300" w:afterAutospacing="off"/>
        <w:rPr>
          <w:lang w:val="es-CO"/>
        </w:rPr>
      </w:pPr>
      <w:r w:rsidRPr="7A6E3E55" w:rsidR="00000000">
        <w:rPr>
          <w:lang w:val="es-CO"/>
        </w:rPr>
        <w:t>Misión:</w:t>
      </w:r>
      <w:r w:rsidRPr="7A6E3E55" w:rsidR="70A8306C">
        <w:rPr>
          <w:lang w:val="es-CO"/>
        </w:rPr>
        <w:t xml:space="preserve"> </w:t>
      </w:r>
      <w:r>
        <w:br/>
      </w:r>
    </w:p>
    <w:p w:rsidRPr="00CE1927" w:rsidR="00693A48" w:rsidP="7A6E3E55" w:rsidRDefault="00000000" w14:paraId="398ABCF5" w14:textId="6378F301">
      <w:pPr>
        <w:shd w:val="clear" w:color="auto" w:fill="FFFFFF" w:themeFill="background1"/>
        <w:spacing w:before="0" w:beforeAutospacing="off" w:after="300" w:afterAutospacing="off"/>
        <w:rPr>
          <w:lang w:val="es-CO"/>
        </w:rPr>
      </w:pPr>
      <w:r w:rsidRPr="7A6E3E55" w:rsidR="00000000">
        <w:rPr>
          <w:lang w:val="es-CO"/>
        </w:rPr>
        <w:t>Visión:</w:t>
      </w:r>
      <w:r w:rsidRPr="7A6E3E55" w:rsidR="7A2F1FD4">
        <w:rPr>
          <w:lang w:val="es-CO"/>
        </w:rPr>
        <w:t xml:space="preserve"> </w:t>
      </w:r>
      <w:r w:rsidRPr="7A6E3E55" w:rsidR="7A2F1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1D35"/>
          <w:sz w:val="22"/>
          <w:szCs w:val="22"/>
          <w:lang w:val="es-CO"/>
        </w:rPr>
        <w:t xml:space="preserve"> </w:t>
      </w:r>
      <w:r>
        <w:br/>
      </w:r>
      <w:r>
        <w:br/>
      </w:r>
      <w:r w:rsidRPr="7A6E3E55" w:rsidR="00000000">
        <w:rPr>
          <w:lang w:val="es-CO"/>
        </w:rPr>
        <w:t>Objetivo 1 (6-12 meses):</w:t>
      </w:r>
      <w:r w:rsidRPr="7A6E3E55" w:rsidR="2AA586D6">
        <w:rPr>
          <w:lang w:val="es-CO"/>
        </w:rPr>
        <w:t xml:space="preserve"> </w:t>
      </w:r>
      <w:r w:rsidRPr="7A6E3E55" w:rsidR="7FADEFCD">
        <w:rPr>
          <w:lang w:val="es-CO"/>
        </w:rPr>
        <w:t xml:space="preserve"> </w:t>
      </w:r>
      <w:r>
        <w:br/>
      </w:r>
      <w:r>
        <w:br/>
      </w:r>
      <w:r w:rsidRPr="7A6E3E55" w:rsidR="00000000">
        <w:rPr>
          <w:lang w:val="es-CO"/>
        </w:rPr>
        <w:t>Objetivo 2 (6-12 meses):</w:t>
      </w:r>
      <w:r w:rsidRPr="7A6E3E55" w:rsidR="4998B695">
        <w:rPr>
          <w:lang w:val="es-CO"/>
        </w:rPr>
        <w:t xml:space="preserve"> </w:t>
      </w:r>
      <w:r w:rsidRPr="7A6E3E55" w:rsidR="5CCAD06D">
        <w:rPr>
          <w:lang w:val="es-CO"/>
        </w:rPr>
        <w:t xml:space="preserve"> </w:t>
      </w:r>
    </w:p>
    <w:p w:rsidRPr="00CE1927" w:rsidR="00693A48" w:rsidP="7A6E3E55" w:rsidRDefault="00000000" w14:paraId="1CB77BA5" w14:textId="43894B5D">
      <w:pPr>
        <w:shd w:val="clear" w:color="auto" w:fill="FFFFFF" w:themeFill="background1"/>
        <w:spacing w:before="0" w:beforeAutospacing="off" w:after="300" w:afterAutospacing="off"/>
      </w:pPr>
      <w:r>
        <w:br/>
      </w:r>
      <w:r w:rsidRPr="7A6E3E55" w:rsidR="00000000">
        <w:rPr>
          <w:lang w:val="es-CO"/>
        </w:rPr>
        <w:t>Objetivo 3 (</w:t>
      </w:r>
      <w:r w:rsidRPr="7A6E3E55" w:rsidR="00DE06A0">
        <w:rPr>
          <w:lang w:val="es-CO"/>
        </w:rPr>
        <w:t>12</w:t>
      </w:r>
      <w:r w:rsidRPr="7A6E3E55" w:rsidR="00000000">
        <w:rPr>
          <w:lang w:val="es-CO"/>
        </w:rPr>
        <w:t>-</w:t>
      </w:r>
      <w:r w:rsidRPr="7A6E3E55" w:rsidR="000053A2">
        <w:rPr>
          <w:lang w:val="es-CO"/>
        </w:rPr>
        <w:t>24</w:t>
      </w:r>
      <w:r w:rsidRPr="7A6E3E55" w:rsidR="00000000">
        <w:rPr>
          <w:lang w:val="es-CO"/>
        </w:rPr>
        <w:t xml:space="preserve"> meses):</w:t>
      </w:r>
      <w:r w:rsidRPr="7A6E3E55" w:rsidR="7C63891A">
        <w:rPr>
          <w:lang w:val="es-CO"/>
        </w:rPr>
        <w:t xml:space="preserve"> </w:t>
      </w:r>
    </w:p>
    <w:p w:rsidRPr="00CE1927" w:rsidR="00693A48" w:rsidRDefault="00000000" w14:paraId="460F3332" w14:textId="77777777">
      <w:pPr>
        <w:pStyle w:val="Ttulo1"/>
        <w:rPr>
          <w:lang w:val="es-CO"/>
        </w:rPr>
      </w:pPr>
      <w:r w:rsidRPr="7A6E3E55" w:rsidR="00000000">
        <w:rPr>
          <w:lang w:val="es-CO"/>
        </w:rPr>
        <w:t>3. Cliente objetivo</w:t>
      </w:r>
    </w:p>
    <w:p w:rsidR="7A6E3E55" w:rsidP="7A6E3E55" w:rsidRDefault="7A6E3E55" w14:paraId="72FFFDDA" w14:textId="37EFBF24">
      <w:pPr>
        <w:pStyle w:val="Normal"/>
        <w:rPr>
          <w:lang w:val="es-CO"/>
        </w:rPr>
      </w:pPr>
    </w:p>
    <w:p w:rsidRPr="00CE1927" w:rsidR="00693A48" w:rsidRDefault="00000000" w14:paraId="502BDF3A" w14:textId="77777777">
      <w:pPr>
        <w:rPr>
          <w:lang w:val="es-CO"/>
        </w:rPr>
      </w:pPr>
      <w:r w:rsidRPr="00CE1927">
        <w:rPr>
          <w:lang w:val="es-CO"/>
        </w:rPr>
        <w:t>¿Quién es el cliente ideal?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Edad, ocupación, ingresos, necesidades: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¿Qué problema tiene?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¿Cómo le ayuda el negocio?:</w:t>
      </w:r>
      <w:r w:rsidRPr="00CE1927">
        <w:rPr>
          <w:lang w:val="es-CO"/>
        </w:rPr>
        <w:br/>
      </w:r>
    </w:p>
    <w:p w:rsidR="00693A48" w:rsidRDefault="00000000" w14:paraId="3E1F9AA6" w14:textId="61D95BCD">
      <w:pPr>
        <w:pStyle w:val="Ttulo1"/>
        <w:rPr>
          <w:lang w:val="es-CO"/>
        </w:rPr>
      </w:pPr>
      <w:r w:rsidRPr="00CE1927">
        <w:rPr>
          <w:lang w:val="es-CO"/>
        </w:rPr>
        <w:t>4. Análisis del entorno</w:t>
      </w:r>
      <w:r w:rsidR="001851EE">
        <w:rPr>
          <w:lang w:val="es-CO"/>
        </w:rPr>
        <w:t xml:space="preserve"> (Menciona min 2 competidores)</w:t>
      </w:r>
    </w:p>
    <w:p w:rsidRPr="001851EE" w:rsidR="001851EE" w:rsidP="001851EE" w:rsidRDefault="001851EE" w14:paraId="25F12363" w14:textId="77777777">
      <w:pPr>
        <w:rPr>
          <w:lang w:val="es-CO"/>
        </w:rPr>
      </w:pPr>
    </w:p>
    <w:p w:rsidR="00EA1241" w:rsidRDefault="00000000" w14:paraId="760E5A92" w14:textId="77777777">
      <w:pPr>
        <w:rPr>
          <w:lang w:val="es-CO"/>
        </w:rPr>
      </w:pPr>
      <w:r w:rsidRPr="00CE1927">
        <w:rPr>
          <w:lang w:val="es-CO"/>
        </w:rPr>
        <w:t>¿Qué negocios similares existen en su comunidad</w:t>
      </w:r>
      <w:r w:rsidR="00EA1241">
        <w:rPr>
          <w:lang w:val="es-CO"/>
        </w:rPr>
        <w:t xml:space="preserve"> o entorno</w:t>
      </w:r>
      <w:r w:rsidRPr="00CE1927">
        <w:rPr>
          <w:lang w:val="es-CO"/>
        </w:rPr>
        <w:t>?: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</w:p>
    <w:p w:rsidR="00EA1241" w:rsidRDefault="00000000" w14:paraId="7EF6A86E" w14:textId="57A87E9E">
      <w:pPr>
        <w:rPr>
          <w:lang w:val="es-CO"/>
        </w:rPr>
      </w:pPr>
      <w:r w:rsidRPr="00CE1927">
        <w:rPr>
          <w:lang w:val="es-CO"/>
        </w:rPr>
        <w:t>¿Qué hacen bien?: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</w:p>
    <w:p w:rsidR="00EA1241" w:rsidRDefault="00000000" w14:paraId="0F8C9D01" w14:textId="616F7F69">
      <w:pPr>
        <w:rPr>
          <w:lang w:val="es-CO"/>
        </w:rPr>
      </w:pPr>
      <w:r w:rsidRPr="7A6E3E55" w:rsidR="00000000">
        <w:rPr>
          <w:lang w:val="es-CO"/>
        </w:rPr>
        <w:t xml:space="preserve">¿Qué podría mejorar </w:t>
      </w:r>
      <w:r w:rsidRPr="7A6E3E55" w:rsidR="00EA1241">
        <w:rPr>
          <w:lang w:val="es-CO"/>
        </w:rPr>
        <w:t>t</w:t>
      </w:r>
      <w:r w:rsidRPr="7A6E3E55" w:rsidR="00000000">
        <w:rPr>
          <w:lang w:val="es-CO"/>
        </w:rPr>
        <w:t>u idea frente a ellos?:</w:t>
      </w:r>
      <w:r>
        <w:br/>
      </w:r>
      <w:r w:rsidRPr="7A6E3E55" w:rsidR="1215A904">
        <w:rPr>
          <w:lang w:val="es-CO"/>
        </w:rPr>
        <w:t xml:space="preserve"> </w:t>
      </w:r>
    </w:p>
    <w:p w:rsidRPr="00CE1927" w:rsidR="00693A48" w:rsidRDefault="00000000" w14:paraId="5D7C9F54" w14:textId="11E1CB34">
      <w:pPr>
        <w:rPr>
          <w:lang w:val="es-CO"/>
        </w:rPr>
      </w:pPr>
      <w:r>
        <w:br/>
      </w:r>
      <w:r w:rsidRPr="7A6E3E55" w:rsidR="00000000">
        <w:rPr>
          <w:lang w:val="es-CO"/>
        </w:rPr>
        <w:t>Resumen FODA (Fortalezas, Oportunidades, Debilidades, Amenazas):</w:t>
      </w:r>
      <w:r>
        <w:br/>
      </w:r>
      <w:r w:rsidRPr="7A6E3E55" w:rsidR="6B2AB2DF">
        <w:rPr>
          <w:lang w:val="es-CO"/>
        </w:rPr>
        <w:t>Fortalezas:</w:t>
      </w:r>
    </w:p>
    <w:p w:rsidR="7A6E3E55" w:rsidP="7A6E3E55" w:rsidRDefault="7A6E3E55" w14:paraId="3D202A81" w14:textId="424B8FA9">
      <w:pPr>
        <w:rPr>
          <w:lang w:val="es-CO"/>
        </w:rPr>
      </w:pPr>
    </w:p>
    <w:p w:rsidR="6B2AB2DF" w:rsidP="7A6E3E55" w:rsidRDefault="6B2AB2DF" w14:paraId="13F380DB" w14:textId="1F64BE45">
      <w:pPr>
        <w:rPr>
          <w:lang w:val="es-CO"/>
        </w:rPr>
      </w:pPr>
      <w:r w:rsidRPr="7A6E3E55" w:rsidR="6B2AB2DF">
        <w:rPr>
          <w:lang w:val="es-CO"/>
        </w:rPr>
        <w:t>Oportunidades:</w:t>
      </w:r>
    </w:p>
    <w:p w:rsidR="7A6E3E55" w:rsidP="7A6E3E55" w:rsidRDefault="7A6E3E55" w14:paraId="71A8F888" w14:textId="1C4E35A3">
      <w:pPr>
        <w:rPr>
          <w:lang w:val="es-CO"/>
        </w:rPr>
      </w:pPr>
    </w:p>
    <w:p w:rsidR="6B2AB2DF" w:rsidP="7A6E3E55" w:rsidRDefault="6B2AB2DF" w14:paraId="5CC53C7D" w14:textId="18C88360">
      <w:pPr>
        <w:rPr>
          <w:lang w:val="es-CO"/>
        </w:rPr>
      </w:pPr>
      <w:r w:rsidRPr="7A6E3E55" w:rsidR="6B2AB2DF">
        <w:rPr>
          <w:lang w:val="es-CO"/>
        </w:rPr>
        <w:t>Debilidades</w:t>
      </w:r>
      <w:r w:rsidRPr="7A6E3E55" w:rsidR="066EB504">
        <w:rPr>
          <w:lang w:val="es-CO"/>
        </w:rPr>
        <w:t>:</w:t>
      </w:r>
    </w:p>
    <w:p w:rsidR="7A6E3E55" w:rsidP="7A6E3E55" w:rsidRDefault="7A6E3E55" w14:paraId="5C6FF10E" w14:textId="56E93FD4">
      <w:pPr>
        <w:rPr>
          <w:lang w:val="es-CO"/>
        </w:rPr>
      </w:pPr>
    </w:p>
    <w:p w:rsidR="6B2AB2DF" w:rsidP="7A6E3E55" w:rsidRDefault="6B2AB2DF" w14:paraId="17B6A1B3" w14:textId="2305C975">
      <w:pPr>
        <w:rPr>
          <w:lang w:val="es-CO"/>
        </w:rPr>
      </w:pPr>
      <w:r w:rsidRPr="7A6E3E55" w:rsidR="6B2AB2DF">
        <w:rPr>
          <w:lang w:val="es-CO"/>
        </w:rPr>
        <w:t>Amenazas</w:t>
      </w:r>
      <w:r w:rsidRPr="7A6E3E55" w:rsidR="668FE17B">
        <w:rPr>
          <w:lang w:val="es-CO"/>
        </w:rPr>
        <w:t>:</w:t>
      </w:r>
    </w:p>
    <w:p w:rsidR="7A6E3E55" w:rsidP="7A6E3E55" w:rsidRDefault="7A6E3E55" w14:paraId="2A4B4DAC" w14:textId="232480F7">
      <w:pPr>
        <w:rPr>
          <w:lang w:val="es-CO"/>
        </w:rPr>
      </w:pPr>
    </w:p>
    <w:p w:rsidRPr="00CE1927" w:rsidR="00693A48" w:rsidRDefault="00000000" w14:paraId="10F94F3B" w14:textId="77777777">
      <w:pPr>
        <w:pStyle w:val="Ttulo1"/>
        <w:rPr>
          <w:lang w:val="es-CO"/>
        </w:rPr>
      </w:pPr>
      <w:r w:rsidRPr="00CE1927">
        <w:rPr>
          <w:lang w:val="es-CO"/>
        </w:rPr>
        <w:t>5. Producto o servicio</w:t>
      </w:r>
    </w:p>
    <w:p w:rsidR="00EA1241" w:rsidRDefault="00EA1241" w14:paraId="148DDB4F" w14:textId="77777777">
      <w:pPr>
        <w:rPr>
          <w:lang w:val="es-CO"/>
        </w:rPr>
      </w:pPr>
    </w:p>
    <w:p w:rsidRPr="00CE1927" w:rsidR="00693A48" w:rsidRDefault="00000000" w14:paraId="47614B9F" w14:textId="1FB597D0">
      <w:pPr>
        <w:rPr>
          <w:lang w:val="es-CO"/>
        </w:rPr>
      </w:pPr>
      <w:r w:rsidRPr="00CE1927">
        <w:rPr>
          <w:lang w:val="es-CO"/>
        </w:rPr>
        <w:t>Nombre del producto/servicio: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Características principales: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¿Cómo se produce o presta?: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¿Cómo lo recibe el cliente final?:</w:t>
      </w:r>
      <w:r w:rsidRPr="00CE1927">
        <w:rPr>
          <w:lang w:val="es-CO"/>
        </w:rPr>
        <w:br/>
      </w:r>
    </w:p>
    <w:p w:rsidRPr="00CE1927" w:rsidR="00693A48" w:rsidRDefault="00000000" w14:paraId="7A9EEDA6" w14:textId="0934B112">
      <w:pPr>
        <w:pStyle w:val="Ttulo1"/>
        <w:rPr>
          <w:lang w:val="es-CO"/>
        </w:rPr>
      </w:pPr>
      <w:r w:rsidRPr="7A6E3E55" w:rsidR="00000000">
        <w:rPr>
          <w:lang w:val="es-CO"/>
        </w:rPr>
        <w:t>6. Modelo operativo básico</w:t>
      </w:r>
      <w:r w:rsidRPr="7A6E3E55" w:rsidR="00CE1927">
        <w:rPr>
          <w:lang w:val="es-CO"/>
        </w:rPr>
        <w:t xml:space="preserve"> (</w:t>
      </w:r>
      <w:r w:rsidRPr="7A6E3E55" w:rsidR="004B5A8E">
        <w:rPr>
          <w:lang w:val="es-CO"/>
        </w:rPr>
        <w:t>sesión</w:t>
      </w:r>
      <w:r w:rsidRPr="7A6E3E55" w:rsidR="00CE1927">
        <w:rPr>
          <w:lang w:val="es-CO"/>
        </w:rPr>
        <w:t xml:space="preserve"> 4)</w:t>
      </w:r>
    </w:p>
    <w:p w:rsidR="7A6E3E55" w:rsidP="7A6E3E55" w:rsidRDefault="7A6E3E55" w14:paraId="5536DCF1" w14:textId="5AC4DA78">
      <w:pPr>
        <w:pStyle w:val="Normal"/>
        <w:rPr>
          <w:lang w:val="es-CO"/>
        </w:rPr>
      </w:pPr>
    </w:p>
    <w:p w:rsidRPr="00CE1927" w:rsidR="00693A48" w:rsidRDefault="00000000" w14:paraId="3E0FDFCF" w14:textId="77777777">
      <w:pPr>
        <w:rPr>
          <w:lang w:val="es-CO"/>
        </w:rPr>
      </w:pPr>
      <w:r w:rsidRPr="00CE1927">
        <w:rPr>
          <w:lang w:val="es-CO"/>
        </w:rPr>
        <w:t>¿Cómo se entrega el producto o servicio?: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Canales de venta o distribución: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¿Cómo recibe los pedidos?: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¿Quién produce / entrega?:</w:t>
      </w:r>
      <w:r w:rsidRPr="00CE1927">
        <w:rPr>
          <w:lang w:val="es-CO"/>
        </w:rPr>
        <w:br/>
      </w:r>
    </w:p>
    <w:p w:rsidRPr="00CE1927" w:rsidR="00693A48" w:rsidRDefault="00000000" w14:paraId="0209CE43" w14:textId="3E5741FA">
      <w:pPr>
        <w:pStyle w:val="Ttulo1"/>
        <w:rPr>
          <w:lang w:val="es-CO"/>
        </w:rPr>
      </w:pPr>
      <w:r w:rsidRPr="7A6E3E55" w:rsidR="00000000">
        <w:rPr>
          <w:lang w:val="es-CO"/>
        </w:rPr>
        <w:t>7. Recursos necesarios</w:t>
      </w:r>
      <w:r w:rsidRPr="7A6E3E55" w:rsidR="00CE1927">
        <w:rPr>
          <w:lang w:val="es-CO"/>
        </w:rPr>
        <w:t xml:space="preserve"> (Sesión 4)</w:t>
      </w:r>
    </w:p>
    <w:p w:rsidR="7A6E3E55" w:rsidP="7A6E3E55" w:rsidRDefault="7A6E3E55" w14:paraId="557EF2A5" w14:textId="45DE7202">
      <w:pPr>
        <w:pStyle w:val="Normal"/>
        <w:rPr>
          <w:lang w:val="es-CO"/>
        </w:rPr>
      </w:pPr>
    </w:p>
    <w:p w:rsidRPr="00CE1927" w:rsidR="00693A48" w:rsidRDefault="00000000" w14:paraId="4D3A8D72" w14:textId="77777777">
      <w:pPr>
        <w:rPr>
          <w:lang w:val="es-CO"/>
        </w:rPr>
      </w:pPr>
      <w:r w:rsidRPr="00CE1927">
        <w:rPr>
          <w:lang w:val="es-CO"/>
        </w:rPr>
        <w:t>Recursos humanos: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Equipos / herramientas básicas: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Insumos o materiales: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Ubicación o espacio físico:</w:t>
      </w:r>
      <w:r w:rsidRPr="00CE1927">
        <w:rPr>
          <w:lang w:val="es-CO"/>
        </w:rPr>
        <w:br/>
      </w:r>
    </w:p>
    <w:p w:rsidRPr="00CE1927" w:rsidR="00693A48" w:rsidRDefault="00000000" w14:paraId="5A513597" w14:textId="3A239D78">
      <w:pPr>
        <w:pStyle w:val="Ttulo1"/>
        <w:rPr>
          <w:lang w:val="es-CO"/>
        </w:rPr>
      </w:pPr>
      <w:r w:rsidRPr="7A6E3E55" w:rsidR="00000000">
        <w:rPr>
          <w:lang w:val="es-CO"/>
        </w:rPr>
        <w:t>8. Costos y precios estimados</w:t>
      </w:r>
      <w:r w:rsidRPr="7A6E3E55" w:rsidR="00CE1927">
        <w:rPr>
          <w:lang w:val="es-CO"/>
        </w:rPr>
        <w:t xml:space="preserve"> (Sesión 4)</w:t>
      </w:r>
    </w:p>
    <w:p w:rsidR="7A6E3E55" w:rsidP="7A6E3E55" w:rsidRDefault="7A6E3E55" w14:paraId="76368125" w14:textId="0724774E">
      <w:pPr>
        <w:pStyle w:val="Normal"/>
        <w:rPr>
          <w:lang w:val="es-CO"/>
        </w:rPr>
      </w:pPr>
    </w:p>
    <w:p w:rsidRPr="00CE1927" w:rsidR="00693A48" w:rsidRDefault="00000000" w14:paraId="7881D744" w14:textId="77777777">
      <w:pPr>
        <w:rPr>
          <w:lang w:val="es-CO"/>
        </w:rPr>
      </w:pPr>
      <w:r w:rsidRPr="00CE1927">
        <w:rPr>
          <w:lang w:val="es-CO"/>
        </w:rPr>
        <w:t>Costo por unidad de producto/servicio: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Precio de venta al cliente: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Ganancia estimada por unidad: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¿Cuánto debe vender al mes para cubrir costos?:</w:t>
      </w:r>
      <w:r w:rsidRPr="00CE1927">
        <w:rPr>
          <w:lang w:val="es-CO"/>
        </w:rPr>
        <w:br/>
      </w:r>
    </w:p>
    <w:p w:rsidRPr="00CE1927" w:rsidR="00693A48" w:rsidRDefault="00000000" w14:paraId="282C3DBF" w14:textId="1D785E30">
      <w:pPr>
        <w:pStyle w:val="Ttulo1"/>
        <w:rPr>
          <w:lang w:val="es-CO"/>
        </w:rPr>
      </w:pPr>
      <w:r w:rsidRPr="7A6E3E55" w:rsidR="00000000">
        <w:rPr>
          <w:lang w:val="es-CO"/>
        </w:rPr>
        <w:t>9. Plan de acción inicial</w:t>
      </w:r>
      <w:r w:rsidRPr="7A6E3E55" w:rsidR="00CE1927">
        <w:rPr>
          <w:lang w:val="es-CO"/>
        </w:rPr>
        <w:t xml:space="preserve"> (Sesión 4)</w:t>
      </w:r>
    </w:p>
    <w:p w:rsidR="7A6E3E55" w:rsidP="7A6E3E55" w:rsidRDefault="7A6E3E55" w14:paraId="5BD2F8F7" w14:textId="48C6FF9C">
      <w:pPr>
        <w:pStyle w:val="Normal"/>
        <w:rPr>
          <w:lang w:val="es-CO"/>
        </w:rPr>
      </w:pPr>
    </w:p>
    <w:p w:rsidRPr="00CE1927" w:rsidR="00693A48" w:rsidRDefault="00000000" w14:paraId="44498D8C" w14:textId="77777777">
      <w:pPr>
        <w:rPr>
          <w:lang w:val="es-CO"/>
        </w:rPr>
      </w:pPr>
      <w:r w:rsidRPr="00CE1927">
        <w:rPr>
          <w:lang w:val="es-CO"/>
        </w:rPr>
        <w:t>Acción 1 (primeros 15 días):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Acción 2 (días 15-30):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Acción 3 (días 30-60):</w:t>
      </w:r>
      <w:r w:rsidRPr="00CE1927">
        <w:rPr>
          <w:lang w:val="es-CO"/>
        </w:rPr>
        <w:br/>
      </w:r>
      <w:r w:rsidRPr="00CE1927">
        <w:rPr>
          <w:lang w:val="es-CO"/>
        </w:rPr>
        <w:br/>
      </w:r>
      <w:r w:rsidRPr="00CE1927">
        <w:rPr>
          <w:lang w:val="es-CO"/>
        </w:rPr>
        <w:t>Meta para el primer mes:</w:t>
      </w:r>
      <w:r w:rsidRPr="00CE1927">
        <w:rPr>
          <w:lang w:val="es-CO"/>
        </w:rPr>
        <w:br/>
      </w:r>
    </w:p>
    <w:sectPr w:rsidRPr="00CE1927" w:rsidR="00693A48" w:rsidSect="00034616">
      <w:headerReference w:type="default" r:id="rId8"/>
      <w:pgSz w:w="12240" w:h="15840" w:orient="portrait"/>
      <w:pgMar w:top="1440" w:right="1800" w:bottom="1440" w:left="1800" w:header="720" w:footer="720" w:gutter="0"/>
      <w:cols w:space="720"/>
      <w:docGrid w:linePitch="360"/>
      <w:footerReference w:type="default" r:id="R8077eef3454d40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2D13" w:rsidP="00997C66" w:rsidRDefault="00072D13" w14:paraId="185D639E" w14:textId="77777777">
      <w:pPr>
        <w:spacing w:after="0" w:line="240" w:lineRule="auto"/>
      </w:pPr>
      <w:r>
        <w:separator/>
      </w:r>
    </w:p>
  </w:endnote>
  <w:endnote w:type="continuationSeparator" w:id="0">
    <w:p w:rsidR="00072D13" w:rsidP="00997C66" w:rsidRDefault="00072D13" w14:paraId="4F3150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A6E3E55" w:rsidTr="7A6E3E55" w14:paraId="4235E600">
      <w:trPr>
        <w:trHeight w:val="300"/>
      </w:trPr>
      <w:tc>
        <w:tcPr>
          <w:tcW w:w="2880" w:type="dxa"/>
          <w:tcMar/>
        </w:tcPr>
        <w:p w:rsidR="7A6E3E55" w:rsidP="7A6E3E55" w:rsidRDefault="7A6E3E55" w14:paraId="2F2171A4" w14:textId="339838BD">
          <w:pPr>
            <w:pStyle w:val="Encabezado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7A6E3E55" w:rsidP="7A6E3E55" w:rsidRDefault="7A6E3E55" w14:paraId="14A4580F" w14:textId="1168CB4C">
          <w:pPr>
            <w:pStyle w:val="Encabezado"/>
            <w:bidi w:val="0"/>
            <w:jc w:val="center"/>
          </w:pPr>
        </w:p>
      </w:tc>
      <w:tc>
        <w:tcPr>
          <w:tcW w:w="2880" w:type="dxa"/>
          <w:tcMar/>
        </w:tcPr>
        <w:p w:rsidR="7A6E3E55" w:rsidP="7A6E3E55" w:rsidRDefault="7A6E3E55" w14:paraId="6EA94CA4" w14:textId="6BDB2456">
          <w:pPr>
            <w:pStyle w:val="Encabezado"/>
            <w:bidi w:val="0"/>
            <w:ind w:right="-115"/>
            <w:jc w:val="right"/>
          </w:pPr>
        </w:p>
      </w:tc>
    </w:tr>
  </w:tbl>
  <w:p w:rsidR="7A6E3E55" w:rsidP="7A6E3E55" w:rsidRDefault="7A6E3E55" w14:paraId="5EB393F8" w14:textId="409FA2AE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2D13" w:rsidP="00997C66" w:rsidRDefault="00072D13" w14:paraId="73560345" w14:textId="77777777">
      <w:pPr>
        <w:spacing w:after="0" w:line="240" w:lineRule="auto"/>
      </w:pPr>
      <w:r>
        <w:separator/>
      </w:r>
    </w:p>
  </w:footnote>
  <w:footnote w:type="continuationSeparator" w:id="0">
    <w:p w:rsidR="00072D13" w:rsidP="00997C66" w:rsidRDefault="00072D13" w14:paraId="3663319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97556" w:rsidR="00997C66" w:rsidP="00397556" w:rsidRDefault="00997C66" w14:paraId="402006C5" w14:textId="5CF9094E">
    <w:pPr>
      <w:pStyle w:val="Encabezado"/>
      <w:jc w:val="right"/>
      <w:rPr>
        <w:sz w:val="20"/>
        <w:szCs w:val="20"/>
        <w:lang w:val="es-CO"/>
      </w:rPr>
    </w:pPr>
    <w:r w:rsidRPr="00397556">
      <w:rPr>
        <w:sz w:val="20"/>
        <w:szCs w:val="20"/>
        <w:lang w:val="es-CO"/>
      </w:rPr>
      <w:t>Diplomado EMPRENDIMIENTO Y PLAN DE NEGOCIOS</w:t>
    </w:r>
    <w:r w:rsidR="00DD2BF2">
      <w:rPr>
        <w:sz w:val="20"/>
        <w:szCs w:val="20"/>
        <w:lang w:val="es-CO"/>
      </w:rPr>
      <w:t xml:space="preserve"> – M</w:t>
    </w:r>
    <w:r w:rsidR="00DE06A0">
      <w:rPr>
        <w:sz w:val="20"/>
        <w:szCs w:val="20"/>
        <w:lang w:val="es-CO"/>
      </w:rPr>
      <w:t>ó</w:t>
    </w:r>
    <w:r w:rsidR="00DD2BF2">
      <w:rPr>
        <w:sz w:val="20"/>
        <w:szCs w:val="20"/>
        <w:lang w:val="es-CO"/>
      </w:rPr>
      <w:t xml:space="preserve">dulo </w:t>
    </w:r>
    <w:r w:rsidR="000C55DF">
      <w:rPr>
        <w:sz w:val="20"/>
        <w:szCs w:val="20"/>
        <w:lang w:val="es-CO"/>
      </w:rPr>
      <w:t>1</w:t>
    </w:r>
  </w:p>
  <w:p w:rsidRPr="00397556" w:rsidR="00997C66" w:rsidP="00397556" w:rsidRDefault="00997C66" w14:paraId="5990459D" w14:textId="603EBB99">
    <w:pPr>
      <w:pStyle w:val="Encabezado"/>
      <w:jc w:val="right"/>
      <w:rPr>
        <w:sz w:val="20"/>
        <w:szCs w:val="20"/>
        <w:lang w:val="es-CO"/>
      </w:rPr>
    </w:pPr>
    <w:r w:rsidRPr="00397556">
      <w:rPr>
        <w:sz w:val="20"/>
        <w:szCs w:val="20"/>
        <w:lang w:val="es-CO"/>
      </w:rPr>
      <w:t>UNIMINUTO | Ejercito Nacional</w:t>
    </w:r>
  </w:p>
  <w:p w:rsidRPr="00397556" w:rsidR="00997C66" w:rsidP="00397556" w:rsidRDefault="00997C66" w14:paraId="2F744232" w14:textId="5C09E1C8">
    <w:pPr>
      <w:pStyle w:val="Encabezado"/>
      <w:jc w:val="right"/>
      <w:rPr>
        <w:sz w:val="20"/>
        <w:szCs w:val="20"/>
        <w:lang w:val="es-CO"/>
      </w:rPr>
    </w:pPr>
    <w:r w:rsidRPr="00397556">
      <w:rPr>
        <w:sz w:val="20"/>
        <w:szCs w:val="20"/>
        <w:lang w:val="es-CO"/>
      </w:rPr>
      <w:t>Junio – julio 2025</w:t>
    </w:r>
  </w:p>
  <w:p w:rsidR="00997C66" w:rsidP="00397556" w:rsidRDefault="00997C66" w14:paraId="4625855D" w14:textId="76814FED">
    <w:pPr>
      <w:pStyle w:val="Encabezado"/>
      <w:jc w:val="right"/>
      <w:rPr>
        <w:sz w:val="20"/>
        <w:szCs w:val="20"/>
        <w:lang w:val="es-CO"/>
      </w:rPr>
    </w:pPr>
    <w:r w:rsidRPr="00397556">
      <w:rPr>
        <w:sz w:val="20"/>
        <w:szCs w:val="20"/>
        <w:lang w:val="es-CO"/>
      </w:rPr>
      <w:t>Facilitador</w:t>
    </w:r>
    <w:r w:rsidR="00DD2BF2">
      <w:rPr>
        <w:sz w:val="20"/>
        <w:szCs w:val="20"/>
        <w:lang w:val="es-CO"/>
      </w:rPr>
      <w:t>: Oscar Caita</w:t>
    </w:r>
    <w:r w:rsidR="00C1092D">
      <w:rPr>
        <w:sz w:val="20"/>
        <w:szCs w:val="20"/>
        <w:lang w:val="es-CO"/>
      </w:rPr>
      <w:t xml:space="preserve"> | Lilian Paola Umbarila</w:t>
    </w:r>
  </w:p>
  <w:p w:rsidRPr="00397556" w:rsidR="00DD2BF2" w:rsidP="00397556" w:rsidRDefault="00DD2BF2" w14:paraId="47B88EB3" w14:textId="77777777">
    <w:pPr>
      <w:pStyle w:val="Encabezado"/>
      <w:jc w:val="right"/>
      <w:rPr>
        <w:sz w:val="20"/>
        <w:szCs w:val="20"/>
        <w:lang w:val="es-CO"/>
      </w:rPr>
    </w:pPr>
  </w:p>
  <w:p w:rsidRPr="00997C66" w:rsidR="00997C66" w:rsidRDefault="00997C66" w14:paraId="57CD51A3" w14:textId="77777777">
    <w:pPr>
      <w:pStyle w:val="Encabezado"/>
      <w:rPr>
        <w:lang w:val="es-CO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KA+fgWIUmvhDds" int2:id="PyxjopeE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4a1104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7c27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1">
    <w:abstractNumId w:val="10"/>
  </w:num>
  <w:num w:numId="10">
    <w:abstractNumId w:val="9"/>
  </w:num>
  <w:num w:numId="1" w16cid:durableId="1826432094">
    <w:abstractNumId w:val="8"/>
  </w:num>
  <w:num w:numId="2" w16cid:durableId="654648273">
    <w:abstractNumId w:val="6"/>
  </w:num>
  <w:num w:numId="3" w16cid:durableId="281502453">
    <w:abstractNumId w:val="5"/>
  </w:num>
  <w:num w:numId="4" w16cid:durableId="1197084408">
    <w:abstractNumId w:val="4"/>
  </w:num>
  <w:num w:numId="5" w16cid:durableId="753361664">
    <w:abstractNumId w:val="7"/>
  </w:num>
  <w:num w:numId="6" w16cid:durableId="861168134">
    <w:abstractNumId w:val="3"/>
  </w:num>
  <w:num w:numId="7" w16cid:durableId="1659844247">
    <w:abstractNumId w:val="2"/>
  </w:num>
  <w:num w:numId="8" w16cid:durableId="1960990963">
    <w:abstractNumId w:val="1"/>
  </w:num>
  <w:num w:numId="9" w16cid:durableId="5088322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53A2"/>
    <w:rsid w:val="00034616"/>
    <w:rsid w:val="0005EEFD"/>
    <w:rsid w:val="0006063C"/>
    <w:rsid w:val="00066519"/>
    <w:rsid w:val="00072D13"/>
    <w:rsid w:val="000C55DF"/>
    <w:rsid w:val="0015074B"/>
    <w:rsid w:val="001851EE"/>
    <w:rsid w:val="001B4F6C"/>
    <w:rsid w:val="0029639D"/>
    <w:rsid w:val="00326F90"/>
    <w:rsid w:val="00397556"/>
    <w:rsid w:val="004B5A8E"/>
    <w:rsid w:val="0053087B"/>
    <w:rsid w:val="00693A48"/>
    <w:rsid w:val="00856DEB"/>
    <w:rsid w:val="00997C66"/>
    <w:rsid w:val="00AA1D8D"/>
    <w:rsid w:val="00B47730"/>
    <w:rsid w:val="00C1092D"/>
    <w:rsid w:val="00CB0664"/>
    <w:rsid w:val="00CE1927"/>
    <w:rsid w:val="00DD2BF2"/>
    <w:rsid w:val="00DE06A0"/>
    <w:rsid w:val="00EA1241"/>
    <w:rsid w:val="00F82604"/>
    <w:rsid w:val="00FC693F"/>
    <w:rsid w:val="0657D27C"/>
    <w:rsid w:val="066EB504"/>
    <w:rsid w:val="06861A4E"/>
    <w:rsid w:val="087E2261"/>
    <w:rsid w:val="099FE1D9"/>
    <w:rsid w:val="09CB1A68"/>
    <w:rsid w:val="09DEBAD6"/>
    <w:rsid w:val="0B28FC18"/>
    <w:rsid w:val="0D091F37"/>
    <w:rsid w:val="1006876F"/>
    <w:rsid w:val="10EA5C21"/>
    <w:rsid w:val="10FAF84A"/>
    <w:rsid w:val="11913560"/>
    <w:rsid w:val="1215A904"/>
    <w:rsid w:val="1280C8E4"/>
    <w:rsid w:val="15FA957F"/>
    <w:rsid w:val="161D5CE8"/>
    <w:rsid w:val="18523CE9"/>
    <w:rsid w:val="1A6E87BF"/>
    <w:rsid w:val="1B97BBCA"/>
    <w:rsid w:val="1C10313A"/>
    <w:rsid w:val="1C7C07FA"/>
    <w:rsid w:val="1D13D796"/>
    <w:rsid w:val="21269A57"/>
    <w:rsid w:val="221E73EA"/>
    <w:rsid w:val="232E6A66"/>
    <w:rsid w:val="244CFC5B"/>
    <w:rsid w:val="244FEAFA"/>
    <w:rsid w:val="24EF429A"/>
    <w:rsid w:val="269199A7"/>
    <w:rsid w:val="2AA586D6"/>
    <w:rsid w:val="2C9D81DF"/>
    <w:rsid w:val="2CCDCD48"/>
    <w:rsid w:val="2CF4F00E"/>
    <w:rsid w:val="2D51CA85"/>
    <w:rsid w:val="31D8FEBA"/>
    <w:rsid w:val="32425B71"/>
    <w:rsid w:val="32BF033C"/>
    <w:rsid w:val="32EA2958"/>
    <w:rsid w:val="32FE6DC7"/>
    <w:rsid w:val="35E3CA54"/>
    <w:rsid w:val="366ED43B"/>
    <w:rsid w:val="37B82B4A"/>
    <w:rsid w:val="37FEB3AE"/>
    <w:rsid w:val="39049418"/>
    <w:rsid w:val="3B7D3483"/>
    <w:rsid w:val="3D222656"/>
    <w:rsid w:val="3D5C152A"/>
    <w:rsid w:val="3E99A32D"/>
    <w:rsid w:val="3F2C9C37"/>
    <w:rsid w:val="40FD7C68"/>
    <w:rsid w:val="43F90FD3"/>
    <w:rsid w:val="443D9D78"/>
    <w:rsid w:val="455511F4"/>
    <w:rsid w:val="45748988"/>
    <w:rsid w:val="459FA05A"/>
    <w:rsid w:val="4714E514"/>
    <w:rsid w:val="4847DA98"/>
    <w:rsid w:val="48871E77"/>
    <w:rsid w:val="4913C8AE"/>
    <w:rsid w:val="4998B695"/>
    <w:rsid w:val="4B0C1CED"/>
    <w:rsid w:val="4B0E2F4E"/>
    <w:rsid w:val="4D3CCDCB"/>
    <w:rsid w:val="4DDF66CF"/>
    <w:rsid w:val="4E31D458"/>
    <w:rsid w:val="500D028B"/>
    <w:rsid w:val="501B1BFA"/>
    <w:rsid w:val="50A71A75"/>
    <w:rsid w:val="51240AC2"/>
    <w:rsid w:val="51E42AE3"/>
    <w:rsid w:val="534572BA"/>
    <w:rsid w:val="54007BE7"/>
    <w:rsid w:val="568BDA37"/>
    <w:rsid w:val="57B001C3"/>
    <w:rsid w:val="5A2B88D5"/>
    <w:rsid w:val="5A9B2FB3"/>
    <w:rsid w:val="5CCAD06D"/>
    <w:rsid w:val="5DB8CA40"/>
    <w:rsid w:val="5E75A195"/>
    <w:rsid w:val="5F391128"/>
    <w:rsid w:val="60204EE9"/>
    <w:rsid w:val="61665557"/>
    <w:rsid w:val="62315A52"/>
    <w:rsid w:val="62D8BD70"/>
    <w:rsid w:val="6389C74D"/>
    <w:rsid w:val="63F5BBA5"/>
    <w:rsid w:val="64089C07"/>
    <w:rsid w:val="64ECA689"/>
    <w:rsid w:val="651ED4BE"/>
    <w:rsid w:val="663E6093"/>
    <w:rsid w:val="668FE17B"/>
    <w:rsid w:val="66A77C54"/>
    <w:rsid w:val="671310A0"/>
    <w:rsid w:val="672E07DE"/>
    <w:rsid w:val="678A0A76"/>
    <w:rsid w:val="6A0DB098"/>
    <w:rsid w:val="6B2AB2DF"/>
    <w:rsid w:val="6B9876C0"/>
    <w:rsid w:val="6BB98EB4"/>
    <w:rsid w:val="6C10E445"/>
    <w:rsid w:val="6CCA5A55"/>
    <w:rsid w:val="6D8D0660"/>
    <w:rsid w:val="6F5CE553"/>
    <w:rsid w:val="6FB73BC4"/>
    <w:rsid w:val="70A8306C"/>
    <w:rsid w:val="7296EC74"/>
    <w:rsid w:val="75FED92F"/>
    <w:rsid w:val="77E661B2"/>
    <w:rsid w:val="78EB3683"/>
    <w:rsid w:val="792CD3D5"/>
    <w:rsid w:val="79474D4A"/>
    <w:rsid w:val="7A2F1FD4"/>
    <w:rsid w:val="7A6E3E55"/>
    <w:rsid w:val="7AD806A5"/>
    <w:rsid w:val="7C63891A"/>
    <w:rsid w:val="7FADE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F8EE435"/>
  <w14:defaultImageDpi w14:val="300"/>
  <w15:docId w15:val="{9EEDF01A-551F-4E57-ACEF-FD6C5C7D25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styleId="Ttulo1Car" w:customStyle="1">
    <w:name w:val="Título 1 Car"/>
    <w:basedOn w:val="Fuentedeprrafopredeter"/>
    <w:link w:val="Ttulo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ítulo 2 Car"/>
    <w:basedOn w:val="Fuentedeprrafopredeter"/>
    <w:link w:val="Ttulo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ítulo Car"/>
    <w:basedOn w:val="Fuentedeprrafopredeter"/>
    <w:link w:val="Ttulo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ar" w:customStyle="1">
    <w:name w:val="Subtítulo Car"/>
    <w:basedOn w:val="Fuentedeprrafopredeter"/>
    <w:link w:val="Subttulo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macroCar" w:customStyle="1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styleId="CitaCar" w:customStyle="1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DD2BF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D2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8077eef3454d4023" /><Relationship Type="http://schemas.microsoft.com/office/2020/10/relationships/intelligence" Target="intelligence2.xml" Id="R033310bb698f4c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Paola Umbarila- Oscar Caita</dc:creator>
  <keywords/>
  <dc:description>generated by python-docx</dc:description>
  <lastModifiedBy>Usuario invitado</lastModifiedBy>
  <revision>3</revision>
  <dcterms:created xsi:type="dcterms:W3CDTF">2025-06-26T15:14:00.0000000Z</dcterms:created>
  <dcterms:modified xsi:type="dcterms:W3CDTF">2025-06-27T17:34:16.8533633Z</dcterms:modified>
  <category/>
</coreProperties>
</file>